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ישיר/עקיף,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צירוף למשפט שלם (בגלל/כי, לפני)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משפט פעיל למשפט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חוקי השכתוב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אמר שהוא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ציווי בעקיף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צירוף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בפעיל הנושא עושה, בסביל הנושא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לפני שיצאנו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מספרים את הדברים בלי ציטוט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צירוף הוא קבוצת מילים בלי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בסביל הנושא מקבל את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הכלל לשאלות כן/לא בעקיף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ביקש בעקיף משתמש במילה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שיסגרו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(יוסי אמר שהוא עייף)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(רותי שאלה אם הוא יבוא)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(המורה ביקשה שיסגרו את החלון)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(איחרתי כי הייתי בעבודה)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(לפני שאכלנו שטפנו ידיים)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מצוטט נכון במירכאות, ושכתוב נכון עם המילה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עם לפני ש ופועל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שלם כולל פועל ואפשר להבין אותו לבד, צירוף הוא רק קבוצת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במילה ש אחרי ביקש, למשל ביקש שיסגור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שבה הנושא עושה פעולה מול נושא שמקבל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עם כרטיסים שהופכים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המילים אם, לפני ש, כי כחיבור בין צירוף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דוגמאות נוספות מהכיתה לדיבור ישיר ועקיף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ישיר/עקיף,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שלוש דרכים לשכתב משפטים: דיבור ישיר לעומת עקיף, צירוף לעומת משפט שלם, ופעיל לעומת סביל.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חוקי השכתוב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הופכים את "אני עייף", אמר דני, לדיבור 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אמר אני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אמר שהוא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אמר כי אני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שאל אם 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פותחים שאלת כן/לא בעקיף?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"ביקש ממנו לסגור" הוא שכתוב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בעקיף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סביל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ציווי בעקיף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"בגלל הגשם" נחשב: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פעיל לסביל?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בפעיל הנושא עושה, בסביל הנושא מקבל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בסביל יש יותר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בפעיל יש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"לפני היציאה" הופך למשפט: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שיצאנו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שיצאנו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יצאנו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"אמר שהוא עייף" הוא דיבור עקיף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הוא משפט שלם עם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סביל הנושא מבצע את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כן/לא בעקיף נפתחת במילה "אם"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"ביקש שיסגור" הוא דוגמה לציווי בעקיף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"אני עייף", אמר דני. הוא אמר ש__________ עייף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שאל: "האם אתה בא?" הוא שאל __________ אני 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"סגרו את הדלת!" ביקש אבא. אבא ביקש __________ את הדלת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בגלל הגשם נשארנו בבית. __________ ירד גשם נשארנו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היציאה בדקנו את התיק. __________ שיצאנו בדקנו את התיק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"אני עייף", אמר יוסי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לפני שאכלנו שטפנו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"האם תבוא?", שאלה רותי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יוסי אמר שהוא עייף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"סגרו את החלון!", ביקשה המורה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איחרתי כי הייתי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בגלל העבודה איחרתי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רותי שאלה אם הוא יבוא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לפני הארוחה שטפנו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המורה ביקשה שיסגרו את החלון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תרגול 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בדיבור ישיר (עם מירכאות) ושכתבו אותו בדיבור עקיף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הפכו את הצירוף "לפני השיעור" למשפט שלם עם "לפני ש"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לצירוף?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הופכים ציווי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פעיל ולמשפט סביל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ישיר/עקיף, צירוף/משפט, פעיל/סביל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