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שכתוב משפטים – דיבור ישיר/עקיף, צירוף/משפט, פעיל/סביל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הפיכת דיבור ישיר לדיבור 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הפיכת צירוף למשפט שלם (בגלל/כי, לפני)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ההבדל בין משפט פעיל למשפט סביל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חוקי השכתוב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אמר שהוא עייף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ציווי בעקיף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צירוף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בפעיל הנושא עושה, בסביל הנושא מקבל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לפני שיצאנו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מספרים את הדברים בלי ציטוט ישיר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צירוף הוא קבוצת מילים בלי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בסביל הנושא מקבל את הפעולה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הכלל לשאלות כן/לא בעקיף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ביקש בעקיף משתמש במילה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שיסגרו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לפני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דיבור ישיר לדיבור 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(יוסי אמר שהוא עייף)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(רותי שאלה אם הוא יבוא)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(המורה ביקשה שיסגרו את החלון)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(איחרתי כי הייתי בעבודה)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(לפני שאכלנו שטפנו ידיים)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- תרגול שכתוב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מצוטט נכון במירכאות, ושכתוב נכון עם המילה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הגיוני עם לפני ש ופועל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שלם כולל פועל ואפשר להבין אותו לבד, צירוף הוא רק קבוצת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משתמשים במילה ש אחרי ביקש, למשל ביקש שיסגור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שבה הנושא עושה פעולה מול נושא שמקבל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עם כרטיסים שהופכים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את המילים אם, לפני ש, כי כחיבור בין צירוף למשפט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דוגמאות נוספות מהכיתה לדיבור ישיר ועקיף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שכתוב משפטים – דיבור ישיר/עקיף, צירוף/משפט, פעיל/סביל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לשנות משפטים. נהפוך דיבור ישיר לעקיף, צירוף למשפט, ופעיל לסביל.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דיבור ישיר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מצטטים בדיוק מה שמישהו אמר, במירכאות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דיבור עקיף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מה מישהו אמר, בלי ציטוט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בלי פועל, לא משפט שלם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בו נושא ופועל, אפשר להבין אותו 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פעיל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הנושא עושה את הפעולה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הנושא מקבל את הפעולה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שמבקש או מצווה לעשות 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- חוקי השכתוב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משנים את המשפט לדיבור עקיף?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אמר אני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אמר שהוא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אמר כי אני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שאל אם הוא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פותחת שאלה בעקיף?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ביקש ממנו לסגור?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בעקיף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סביל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ציווי בעקיף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צירוף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בגלל הגשם זה צירוף או 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צירוף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שונה בין פעיל לסביל?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בפעיל הנושא עושה, בסביל הנושא מקבל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בסביל יש יותר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בפעיל יש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הופכים לפני היציאה למשפט?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שיצאנו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בגלל שיצאנו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 יצאנו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יצאנו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"אמר שהוא עייף" הוא דיבור עקיף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הוא משפט שלם עם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במשפט סביל הנושא מבצע את הפעולה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שאלת כן/לא בעקיף נפתחת במילה "אם"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"ביקש שיסגור" הוא דוגמה לציווי בעקיף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"אני עייף", אמר דני. הוא אמר ש__________ עייף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שאל: "האם אתה בא?" הוא שאל __________ אני 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"סגרו את הדלת!" ביקש אבא. אבא ביקש __________ את הדלת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בגלל הגשם נשארנו בבית. __________ ירד גשם נשארנו בבית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היציאה בדקנו את התיק. __________ שיצאנו בדקנו את התיק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דיבור ישיר לדיבור 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"אני עייף", אמר יוסי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לפני שאכלנו שטפנו ידיים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"האם תבוא?", שאלה רותי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איחרתי כי הייתי בעבודה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"סגרו את החלון!", ביקשה המורה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יוסי אמר שהוא עייף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בגלל העבודה איחרתי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המורה ביקשה שיסגרו את החלון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לפני הארוחה שטפנו ידיים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רותי שאלה אם הוא יבוא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- תרגול שכתוב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בדיבור ישיר (עם מירכאות) ושכתבו אותו בדיבור עקיף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הפכו את הצירוף "לפני השיעור" למשפט שלם עם "לפני ש"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משפט לצירוף?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הופכים ציווי לדיבור עקיף?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פעיל ולמשפט סביל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שכתוב משפטים – דיבור ישיר/עקיף, צירוף/משפט, פעיל/סביל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