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ישיר/עקיף, צירוף/משפט, פעיל/סביל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הפיכת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הפיכת צירוף למשפט שלם (בגלל/כי, לפני)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משפט פעיל למשפט 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חוקי השכתוב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אמר שהוא עייף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צירוף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מספרים את הדברים בלי ציטוט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צירוף הוא קבוצת מילים בלי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דיבור ישיר לדיבור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(יוסי אמר שהוא עייף)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(רותי שאלה אם הוא יבוא)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(איחרתי כי הייתי בעבודה)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תרגול 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מצוטט נכון במירכאות, ושכתוב נכון עם המילה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שלם כולל פועל ואפשר להבין אותו לבד, צירוף הוא רק קבוצת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משתמשים במילה ש אחרי ביקש, למשל ביקש שיסגור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שבה הנושא עושה פעולה מול נושא שמקבל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עם כרטיסים שהופכים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את המילים אם, לפני ש, כי כחיבור בין צירוף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דוגמאות נוספות מהכיתה לדיבור ישיר ועקיף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ישיר/עקיף, צירוף/משפט, פעיל/סביל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שלוש דרכים לשכתב משפטים: דיבור ישיר לעומת עקיף, צירוף לעומת משפט שלם, ופעיל לעומת סביל.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הוא  ·  אם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- חוקי השכתוב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הופכים את "אני עייף", אמר דני, לדיבור עקיף?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אמר אני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אמר שהוא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אמר כי אני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מילה פותחים שאלת כן/לא בעקיף?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"בגלל הגשם" נחשב: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משפט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צירוף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"אמר שהוא עייף" הוא דיבור עקיף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צירוף הוא משפט שלם עם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"אני עייף", אמר דני. הוא אמר ש__________ עייף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שאל: "האם אתה בא?" הוא שאל __________ אני בא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"אני עייף", אמר יוסי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רותי שאלה אם הוא יבוא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"האם תבוא?", שאלה רותי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איחרתי כי הייתי בעבודה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בגלל העבודה איחרתי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יוסי אמר שהוא עייף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- תרגול שכתוב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בדיבור ישיר (עם מירכאות) ושכתבו אותו בדיבור עקיף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משפט לצירוף?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הופכים ציווי לדיבור עקיף?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שכתוב משפטים – דיבור ישיר/עקיף, צירוף/משפט, פעיל/סביל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